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6AEFF" w14:textId="77777777" w:rsidR="007D7777" w:rsidRDefault="007043F9">
      <w:r>
        <w:rPr>
          <w:b/>
        </w:rPr>
        <w:t>ZAKONODAVSTVO:</w:t>
      </w:r>
      <w:r>
        <w:rPr>
          <w:b/>
        </w:rPr>
        <w:br/>
      </w:r>
      <w:r>
        <w:t xml:space="preserve">Zakon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dobrobiti</w:t>
      </w:r>
      <w:proofErr w:type="spellEnd"/>
      <w:r>
        <w:t xml:space="preserve"> </w:t>
      </w:r>
      <w:proofErr w:type="spellStart"/>
      <w:r>
        <w:t>životinja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BiH“ </w:t>
      </w:r>
      <w:proofErr w:type="spellStart"/>
      <w:r>
        <w:t>broj</w:t>
      </w:r>
      <w:proofErr w:type="spellEnd"/>
      <w:r>
        <w:t xml:space="preserve"> 25/09)</w:t>
      </w:r>
      <w:r>
        <w:br/>
      </w:r>
      <w:proofErr w:type="spellStart"/>
      <w:r>
        <w:t>Pravilnik</w:t>
      </w:r>
      <w:proofErr w:type="spellEnd"/>
      <w:r>
        <w:t xml:space="preserve"> o </w:t>
      </w:r>
      <w:proofErr w:type="spellStart"/>
      <w:r>
        <w:t>osnivanju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ispunjavati</w:t>
      </w:r>
      <w:proofErr w:type="spellEnd"/>
      <w:r>
        <w:t xml:space="preserve"> </w:t>
      </w:r>
      <w:proofErr w:type="spellStart"/>
      <w:r>
        <w:t>skloništa</w:t>
      </w:r>
      <w:proofErr w:type="spellEnd"/>
      <w:r>
        <w:t xml:space="preserve"> </w:t>
      </w:r>
      <w:proofErr w:type="spellStart"/>
      <w:r>
        <w:t>životinja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BiH“ </w:t>
      </w:r>
      <w:proofErr w:type="spellStart"/>
      <w:r>
        <w:t>broj</w:t>
      </w:r>
      <w:proofErr w:type="spellEnd"/>
      <w:r>
        <w:t xml:space="preserve"> 27/10)</w:t>
      </w:r>
    </w:p>
    <w:p w14:paraId="08344415" w14:textId="4CABC358" w:rsidR="007D7777" w:rsidRDefault="007043F9">
      <w:r>
        <w:rPr>
          <w:b/>
        </w:rPr>
        <w:br/>
      </w:r>
      <w:proofErr w:type="spellStart"/>
      <w:r>
        <w:rPr>
          <w:b/>
        </w:rPr>
        <w:t>Popis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odobrenih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skloništa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pse</w:t>
      </w:r>
      <w:proofErr w:type="spellEnd"/>
      <w:r w:rsidR="00D00B7C">
        <w:rPr>
          <w:b/>
        </w:rPr>
        <w:t xml:space="preserve"> </w:t>
      </w:r>
      <w:proofErr w:type="spellStart"/>
      <w:r w:rsidR="00D00B7C">
        <w:rPr>
          <w:b/>
        </w:rPr>
        <w:t>i</w:t>
      </w:r>
      <w:proofErr w:type="spellEnd"/>
      <w:r w:rsidR="00D00B7C">
        <w:rPr>
          <w:b/>
        </w:rPr>
        <w:t xml:space="preserve"> </w:t>
      </w:r>
      <w:proofErr w:type="spellStart"/>
      <w:r w:rsidR="00D00B7C">
        <w:rPr>
          <w:b/>
        </w:rPr>
        <w:t>mačke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izvoz</w:t>
      </w:r>
      <w:proofErr w:type="spellEnd"/>
      <w:r w:rsidR="00D00B7C">
        <w:rPr>
          <w:b/>
        </w:rPr>
        <w:t xml:space="preserve"> u EU I UK</w:t>
      </w:r>
      <w:r w:rsidR="003E5744">
        <w:rPr>
          <w:b/>
        </w:rPr>
        <w:t xml:space="preserve">  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672"/>
        <w:gridCol w:w="2080"/>
        <w:gridCol w:w="3556"/>
        <w:gridCol w:w="2250"/>
      </w:tblGrid>
      <w:tr w:rsidR="006469BD" w14:paraId="64FB0537" w14:textId="77777777" w:rsidTr="00B905B4">
        <w:tc>
          <w:tcPr>
            <w:tcW w:w="1672" w:type="dxa"/>
          </w:tcPr>
          <w:p w14:paraId="58248C21" w14:textId="77777777" w:rsidR="006469BD" w:rsidRDefault="006469BD">
            <w:proofErr w:type="spellStart"/>
            <w:r>
              <w:t>Redni</w:t>
            </w:r>
            <w:proofErr w:type="spellEnd"/>
            <w:r>
              <w:t xml:space="preserve"> </w:t>
            </w:r>
            <w:proofErr w:type="spellStart"/>
            <w:r>
              <w:t>broj</w:t>
            </w:r>
            <w:proofErr w:type="spellEnd"/>
          </w:p>
        </w:tc>
        <w:tc>
          <w:tcPr>
            <w:tcW w:w="2080" w:type="dxa"/>
          </w:tcPr>
          <w:p w14:paraId="0D20B82A" w14:textId="0B4C3B15" w:rsidR="006469BD" w:rsidRDefault="006469B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odobrenja</w:t>
            </w:r>
            <w:proofErr w:type="spellEnd"/>
            <w:r>
              <w:t>/</w:t>
            </w:r>
            <w:proofErr w:type="spellStart"/>
            <w:r>
              <w:t>Rješenja</w:t>
            </w:r>
            <w:proofErr w:type="spellEnd"/>
            <w:r>
              <w:t xml:space="preserve"> </w:t>
            </w:r>
            <w:proofErr w:type="spellStart"/>
            <w:r>
              <w:t>skloništa</w:t>
            </w:r>
            <w:proofErr w:type="spellEnd"/>
          </w:p>
        </w:tc>
        <w:tc>
          <w:tcPr>
            <w:tcW w:w="3556" w:type="dxa"/>
          </w:tcPr>
          <w:p w14:paraId="3B45E57F" w14:textId="77777777" w:rsidR="006469BD" w:rsidRDefault="006469BD" w:rsidP="005273F1">
            <w:pPr>
              <w:jc w:val="center"/>
            </w:pPr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skloništa</w:t>
            </w:r>
            <w:proofErr w:type="spellEnd"/>
          </w:p>
        </w:tc>
        <w:tc>
          <w:tcPr>
            <w:tcW w:w="2250" w:type="dxa"/>
          </w:tcPr>
          <w:p w14:paraId="2DA66EF2" w14:textId="77777777" w:rsidR="006469BD" w:rsidRDefault="006469BD" w:rsidP="005273F1">
            <w:pPr>
              <w:jc w:val="center"/>
            </w:pPr>
            <w:proofErr w:type="spellStart"/>
            <w:r>
              <w:t>Napomena</w:t>
            </w:r>
            <w:proofErr w:type="spellEnd"/>
          </w:p>
        </w:tc>
      </w:tr>
      <w:tr w:rsidR="006469BD" w14:paraId="2E7CFBEA" w14:textId="77777777" w:rsidTr="00B905B4">
        <w:tc>
          <w:tcPr>
            <w:tcW w:w="1672" w:type="dxa"/>
          </w:tcPr>
          <w:p w14:paraId="0D03FDE1" w14:textId="656DA54A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6D2F4D9E" w14:textId="77777777" w:rsidR="006469BD" w:rsidRDefault="006469BD">
            <w:r>
              <w:t>04-23-1143/12</w:t>
            </w:r>
          </w:p>
        </w:tc>
        <w:tc>
          <w:tcPr>
            <w:tcW w:w="3556" w:type="dxa"/>
          </w:tcPr>
          <w:p w14:paraId="35006786" w14:textId="77777777" w:rsidR="006469BD" w:rsidRDefault="006469BD">
            <w:r>
              <w:t>UG „</w:t>
            </w:r>
            <w:proofErr w:type="spellStart"/>
            <w:r>
              <w:t>Posljednja</w:t>
            </w:r>
            <w:proofErr w:type="spellEnd"/>
            <w:r>
              <w:t xml:space="preserve"> </w:t>
            </w:r>
            <w:proofErr w:type="spellStart"/>
            <w:r>
              <w:t>Oaza</w:t>
            </w:r>
            <w:proofErr w:type="spellEnd"/>
            <w:r>
              <w:t xml:space="preserve">“, </w:t>
            </w:r>
            <w:proofErr w:type="spellStart"/>
            <w:r>
              <w:t>Orašje</w:t>
            </w:r>
            <w:proofErr w:type="spellEnd"/>
          </w:p>
          <w:p w14:paraId="4AC19F08" w14:textId="35DE95D8" w:rsidR="00B905B4" w:rsidRDefault="00B905B4">
            <w:r>
              <w:t>Donja Mahala II</w:t>
            </w:r>
            <w:r w:rsidR="00FF4AA0">
              <w:t xml:space="preserve">, </w:t>
            </w:r>
            <w:proofErr w:type="spellStart"/>
            <w:r w:rsidR="00FF4AA0">
              <w:t>Orašje</w:t>
            </w:r>
            <w:proofErr w:type="spellEnd"/>
          </w:p>
        </w:tc>
        <w:tc>
          <w:tcPr>
            <w:tcW w:w="2250" w:type="dxa"/>
          </w:tcPr>
          <w:p w14:paraId="4D040692" w14:textId="77777777" w:rsidR="006469BD" w:rsidRDefault="006469BD"/>
        </w:tc>
      </w:tr>
      <w:tr w:rsidR="006469BD" w14:paraId="5FDBF9E0" w14:textId="77777777" w:rsidTr="00B905B4">
        <w:tc>
          <w:tcPr>
            <w:tcW w:w="1672" w:type="dxa"/>
          </w:tcPr>
          <w:p w14:paraId="0BD8FC07" w14:textId="34A6C23F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1E495EFA" w14:textId="77777777" w:rsidR="006469BD" w:rsidRDefault="006469BD">
            <w:r>
              <w:t>02-02-8591/13</w:t>
            </w:r>
          </w:p>
        </w:tc>
        <w:tc>
          <w:tcPr>
            <w:tcW w:w="3556" w:type="dxa"/>
          </w:tcPr>
          <w:p w14:paraId="7FCD6CC4" w14:textId="16C126FC" w:rsidR="006469BD" w:rsidRDefault="006469BD">
            <w:proofErr w:type="spellStart"/>
            <w:r>
              <w:t>Privremeno</w:t>
            </w:r>
            <w:proofErr w:type="spellEnd"/>
            <w:r>
              <w:t xml:space="preserve"> </w:t>
            </w:r>
            <w:proofErr w:type="spellStart"/>
            <w:r>
              <w:t>sklonište</w:t>
            </w:r>
            <w:proofErr w:type="spellEnd"/>
            <w:r>
              <w:t xml:space="preserve"> za </w:t>
            </w:r>
            <w:proofErr w:type="spellStart"/>
            <w:r>
              <w:t>napuštene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Bihać</w:t>
            </w:r>
            <w:proofErr w:type="spellEnd"/>
            <w:r w:rsidR="00FF4AA0">
              <w:t xml:space="preserve">, </w:t>
            </w:r>
            <w:proofErr w:type="spellStart"/>
            <w:r w:rsidR="00FF4AA0">
              <w:t>Voćarska</w:t>
            </w:r>
            <w:proofErr w:type="spellEnd"/>
            <w:r w:rsidR="00FF4AA0">
              <w:t xml:space="preserve"> bb, </w:t>
            </w:r>
            <w:proofErr w:type="spellStart"/>
            <w:r w:rsidR="00FF4AA0">
              <w:t>Bihać</w:t>
            </w:r>
            <w:proofErr w:type="spellEnd"/>
          </w:p>
        </w:tc>
        <w:tc>
          <w:tcPr>
            <w:tcW w:w="2250" w:type="dxa"/>
          </w:tcPr>
          <w:p w14:paraId="5789E325" w14:textId="77777777" w:rsidR="006469BD" w:rsidRDefault="006469BD"/>
        </w:tc>
      </w:tr>
      <w:tr w:rsidR="006469BD" w14:paraId="65B8481A" w14:textId="77777777" w:rsidTr="00B905B4">
        <w:tc>
          <w:tcPr>
            <w:tcW w:w="1672" w:type="dxa"/>
          </w:tcPr>
          <w:p w14:paraId="150DF4BF" w14:textId="71D65737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53730C37" w14:textId="77777777" w:rsidR="006469BD" w:rsidRDefault="006469BD">
            <w:r>
              <w:t>02-49-2316-2016</w:t>
            </w:r>
          </w:p>
        </w:tc>
        <w:tc>
          <w:tcPr>
            <w:tcW w:w="3556" w:type="dxa"/>
          </w:tcPr>
          <w:p w14:paraId="7FA88918" w14:textId="0F7B68A6" w:rsidR="006469BD" w:rsidRDefault="006469BD">
            <w:r>
              <w:t>JP „</w:t>
            </w:r>
            <w:proofErr w:type="spellStart"/>
            <w:r>
              <w:t>Gradska</w:t>
            </w:r>
            <w:proofErr w:type="spellEnd"/>
            <w:r>
              <w:t xml:space="preserve"> </w:t>
            </w:r>
            <w:proofErr w:type="spellStart"/>
            <w:r>
              <w:t>Veterinarska</w:t>
            </w:r>
            <w:proofErr w:type="spellEnd"/>
            <w:r>
              <w:t xml:space="preserve"> </w:t>
            </w:r>
            <w:proofErr w:type="spellStart"/>
            <w:r>
              <w:t>stanica</w:t>
            </w:r>
            <w:proofErr w:type="spellEnd"/>
            <w:r>
              <w:t>“ d.o.o. Tuzla</w:t>
            </w:r>
            <w:r w:rsidR="00FF4AA0">
              <w:t xml:space="preserve">, 21. </w:t>
            </w:r>
            <w:proofErr w:type="spellStart"/>
            <w:r w:rsidR="00FF4AA0">
              <w:t>decembra</w:t>
            </w:r>
            <w:proofErr w:type="spellEnd"/>
            <w:r w:rsidR="00FF4AA0">
              <w:t xml:space="preserve"> 4, Tuzla</w:t>
            </w:r>
          </w:p>
        </w:tc>
        <w:tc>
          <w:tcPr>
            <w:tcW w:w="2250" w:type="dxa"/>
          </w:tcPr>
          <w:p w14:paraId="4864FFDB" w14:textId="77777777" w:rsidR="006469BD" w:rsidRDefault="006469BD"/>
        </w:tc>
      </w:tr>
      <w:tr w:rsidR="006469BD" w14:paraId="7AB4833B" w14:textId="77777777" w:rsidTr="00B905B4">
        <w:tc>
          <w:tcPr>
            <w:tcW w:w="1672" w:type="dxa"/>
          </w:tcPr>
          <w:p w14:paraId="69B2FB96" w14:textId="2111B6FF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126AAA26" w14:textId="77777777" w:rsidR="006469BD" w:rsidRDefault="006469BD">
            <w:r>
              <w:t>02-4-27-14-802-2/17</w:t>
            </w:r>
          </w:p>
        </w:tc>
        <w:tc>
          <w:tcPr>
            <w:tcW w:w="3556" w:type="dxa"/>
          </w:tcPr>
          <w:p w14:paraId="210E2290" w14:textId="632C9F20" w:rsidR="006469BD" w:rsidRDefault="006469BD">
            <w:r>
              <w:t xml:space="preserve">„Stray Dogs </w:t>
            </w:r>
            <w:proofErr w:type="spellStart"/>
            <w:r>
              <w:t>Bosnien</w:t>
            </w:r>
            <w:proofErr w:type="spellEnd"/>
            <w:r>
              <w:t xml:space="preserve">“, </w:t>
            </w:r>
            <w:proofErr w:type="spellStart"/>
            <w:r>
              <w:t>filijala</w:t>
            </w:r>
            <w:proofErr w:type="spellEnd"/>
            <w:r>
              <w:t xml:space="preserve"> </w:t>
            </w:r>
            <w:proofErr w:type="spellStart"/>
            <w:r>
              <w:t>Čelinac</w:t>
            </w:r>
            <w:proofErr w:type="spellEnd"/>
            <w:r w:rsidR="00FF4AA0">
              <w:t xml:space="preserve">, </w:t>
            </w:r>
            <w:proofErr w:type="spellStart"/>
            <w:r w:rsidR="00680CBE">
              <w:t>Markovac</w:t>
            </w:r>
            <w:proofErr w:type="spellEnd"/>
            <w:r w:rsidR="00680CBE">
              <w:t xml:space="preserve"> bb, </w:t>
            </w:r>
            <w:proofErr w:type="spellStart"/>
            <w:r w:rsidR="00680CBE">
              <w:t>Čelinac</w:t>
            </w:r>
            <w:proofErr w:type="spellEnd"/>
          </w:p>
        </w:tc>
        <w:tc>
          <w:tcPr>
            <w:tcW w:w="2250" w:type="dxa"/>
          </w:tcPr>
          <w:p w14:paraId="50557D4B" w14:textId="77777777" w:rsidR="006469BD" w:rsidRDefault="006469BD"/>
        </w:tc>
      </w:tr>
      <w:tr w:rsidR="006469BD" w14:paraId="17A74116" w14:textId="77777777" w:rsidTr="00B905B4">
        <w:tc>
          <w:tcPr>
            <w:tcW w:w="1672" w:type="dxa"/>
          </w:tcPr>
          <w:p w14:paraId="7A1B583B" w14:textId="6241134C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0614BB8F" w14:textId="77777777" w:rsidR="006469BD" w:rsidRDefault="006469BD">
            <w:r>
              <w:t>02-4-27-14-81-2/19</w:t>
            </w:r>
          </w:p>
        </w:tc>
        <w:tc>
          <w:tcPr>
            <w:tcW w:w="3556" w:type="dxa"/>
          </w:tcPr>
          <w:p w14:paraId="646C149E" w14:textId="6AA9A6A8" w:rsidR="006469BD" w:rsidRDefault="006469BD">
            <w:r>
              <w:t>„Stray Village“, Mostar</w:t>
            </w:r>
            <w:r w:rsidR="009B5522">
              <w:t xml:space="preserve">, </w:t>
            </w:r>
            <w:proofErr w:type="spellStart"/>
            <w:r w:rsidR="009B5522">
              <w:t>Kozice</w:t>
            </w:r>
            <w:proofErr w:type="spellEnd"/>
            <w:r w:rsidR="009B5522">
              <w:t xml:space="preserve"> bb Mostar</w:t>
            </w:r>
          </w:p>
        </w:tc>
        <w:tc>
          <w:tcPr>
            <w:tcW w:w="2250" w:type="dxa"/>
          </w:tcPr>
          <w:p w14:paraId="78881554" w14:textId="77777777" w:rsidR="006469BD" w:rsidRDefault="006469BD"/>
        </w:tc>
      </w:tr>
      <w:tr w:rsidR="006469BD" w14:paraId="0426CC87" w14:textId="77777777" w:rsidTr="00B905B4">
        <w:tc>
          <w:tcPr>
            <w:tcW w:w="1672" w:type="dxa"/>
          </w:tcPr>
          <w:p w14:paraId="0678AF5B" w14:textId="6AE7ECA0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5EEBD8AD" w14:textId="77777777" w:rsidR="006469BD" w:rsidRDefault="006469BD">
            <w:r>
              <w:t>02-4-27-27-758-2/19</w:t>
            </w:r>
          </w:p>
        </w:tc>
        <w:tc>
          <w:tcPr>
            <w:tcW w:w="3556" w:type="dxa"/>
          </w:tcPr>
          <w:p w14:paraId="18E43B8B" w14:textId="0727F1B3" w:rsidR="006469BD" w:rsidRDefault="006469BD">
            <w:r>
              <w:t xml:space="preserve">„Srce za </w:t>
            </w:r>
            <w:proofErr w:type="spellStart"/>
            <w:r>
              <w:t>šapu</w:t>
            </w:r>
            <w:proofErr w:type="spellEnd"/>
            <w:r>
              <w:t>“,</w:t>
            </w:r>
            <w:r w:rsidR="005273F1">
              <w:t xml:space="preserve"> </w:t>
            </w:r>
            <w:proofErr w:type="spellStart"/>
            <w:r w:rsidR="005273F1">
              <w:t>Hušimovci</w:t>
            </w:r>
            <w:proofErr w:type="spellEnd"/>
            <w:r w:rsidR="005273F1">
              <w:t xml:space="preserve"> 207, </w:t>
            </w:r>
            <w:r>
              <w:t xml:space="preserve"> </w:t>
            </w:r>
            <w:proofErr w:type="spellStart"/>
            <w:r>
              <w:t>Sanski</w:t>
            </w:r>
            <w:proofErr w:type="spellEnd"/>
            <w:r>
              <w:t xml:space="preserve"> Most</w:t>
            </w:r>
          </w:p>
        </w:tc>
        <w:tc>
          <w:tcPr>
            <w:tcW w:w="2250" w:type="dxa"/>
          </w:tcPr>
          <w:p w14:paraId="011455A8" w14:textId="22700784" w:rsidR="006469BD" w:rsidRDefault="006469BD"/>
        </w:tc>
      </w:tr>
      <w:tr w:rsidR="006469BD" w14:paraId="1E9F3D48" w14:textId="77777777" w:rsidTr="00B905B4">
        <w:tc>
          <w:tcPr>
            <w:tcW w:w="1672" w:type="dxa"/>
          </w:tcPr>
          <w:p w14:paraId="5F80F6E3" w14:textId="735B11C0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718C4F5E" w14:textId="77777777" w:rsidR="006469BD" w:rsidRDefault="006469BD">
            <w:r>
              <w:t>02-4-27-27-133-2/20</w:t>
            </w:r>
          </w:p>
        </w:tc>
        <w:tc>
          <w:tcPr>
            <w:tcW w:w="3556" w:type="dxa"/>
          </w:tcPr>
          <w:p w14:paraId="2ECDAF21" w14:textId="213F05D9" w:rsidR="006469BD" w:rsidRDefault="006469BD">
            <w:r>
              <w:t>„</w:t>
            </w:r>
            <w:proofErr w:type="spellStart"/>
            <w:r>
              <w:t>Udruženje</w:t>
            </w:r>
            <w:proofErr w:type="spellEnd"/>
            <w:r>
              <w:t xml:space="preserve"> za </w:t>
            </w:r>
            <w:proofErr w:type="spellStart"/>
            <w:r>
              <w:t>zaštitu</w:t>
            </w:r>
            <w:proofErr w:type="spellEnd"/>
            <w:r>
              <w:t xml:space="preserve"> </w:t>
            </w:r>
            <w:proofErr w:type="spellStart"/>
            <w:r>
              <w:t>životinja</w:t>
            </w:r>
            <w:proofErr w:type="spellEnd"/>
            <w:r>
              <w:t xml:space="preserve"> A.R.B.“, </w:t>
            </w:r>
            <w:proofErr w:type="spellStart"/>
            <w:r>
              <w:t>Goražde</w:t>
            </w:r>
            <w:proofErr w:type="spellEnd"/>
            <w:r w:rsidR="00E14A92">
              <w:t xml:space="preserve">, </w:t>
            </w:r>
            <w:proofErr w:type="spellStart"/>
            <w:r w:rsidR="00E14A92">
              <w:t>na</w:t>
            </w:r>
            <w:proofErr w:type="spellEnd"/>
            <w:r w:rsidR="00E14A92">
              <w:t xml:space="preserve"> </w:t>
            </w:r>
            <w:proofErr w:type="spellStart"/>
            <w:r w:rsidR="00E14A92">
              <w:t>lokalitetu</w:t>
            </w:r>
            <w:proofErr w:type="spellEnd"/>
            <w:r w:rsidR="00E14A92">
              <w:t xml:space="preserve"> </w:t>
            </w:r>
            <w:proofErr w:type="spellStart"/>
            <w:r w:rsidR="00E14A92">
              <w:t>Šišeta</w:t>
            </w:r>
            <w:proofErr w:type="spellEnd"/>
            <w:r w:rsidR="00E14A92">
              <w:t xml:space="preserve">, </w:t>
            </w:r>
            <w:proofErr w:type="spellStart"/>
            <w:r w:rsidR="00E14A92">
              <w:t>Goražde</w:t>
            </w:r>
            <w:proofErr w:type="spellEnd"/>
          </w:p>
        </w:tc>
        <w:tc>
          <w:tcPr>
            <w:tcW w:w="2250" w:type="dxa"/>
          </w:tcPr>
          <w:p w14:paraId="3AF330AD" w14:textId="77777777" w:rsidR="006469BD" w:rsidRDefault="006469BD"/>
        </w:tc>
      </w:tr>
      <w:tr w:rsidR="006469BD" w14:paraId="7E606D06" w14:textId="77777777" w:rsidTr="00B905B4">
        <w:tc>
          <w:tcPr>
            <w:tcW w:w="1672" w:type="dxa"/>
          </w:tcPr>
          <w:p w14:paraId="5DFEC43A" w14:textId="043E629C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11BAD371" w14:textId="69AF8497" w:rsidR="006469BD" w:rsidRDefault="006469BD">
            <w:r>
              <w:t>0</w:t>
            </w:r>
            <w:r w:rsidR="006976C0">
              <w:t>4</w:t>
            </w:r>
            <w:r>
              <w:t>-</w:t>
            </w:r>
            <w:r w:rsidR="00240127">
              <w:t>1</w:t>
            </w:r>
            <w:r>
              <w:t>-27-</w:t>
            </w:r>
            <w:r w:rsidR="00240127">
              <w:t>1</w:t>
            </w:r>
            <w:r>
              <w:t>2-</w:t>
            </w:r>
            <w:r w:rsidR="00240127">
              <w:t>315</w:t>
            </w:r>
            <w:r>
              <w:t>-</w:t>
            </w:r>
            <w:r w:rsidR="00240127">
              <w:t>3</w:t>
            </w:r>
            <w:r>
              <w:t>/2</w:t>
            </w:r>
            <w:r w:rsidR="00240127">
              <w:t>2</w:t>
            </w:r>
          </w:p>
        </w:tc>
        <w:tc>
          <w:tcPr>
            <w:tcW w:w="3556" w:type="dxa"/>
          </w:tcPr>
          <w:p w14:paraId="474E5EE2" w14:textId="71F190F0" w:rsidR="006469BD" w:rsidRDefault="006469BD">
            <w:r>
              <w:t xml:space="preserve">„Hachiko“, </w:t>
            </w:r>
            <w:r w:rsidR="00957102">
              <w:t xml:space="preserve">Resnik </w:t>
            </w:r>
            <w:r w:rsidR="0033778D">
              <w:t xml:space="preserve">bb </w:t>
            </w:r>
            <w:proofErr w:type="spellStart"/>
            <w:r>
              <w:t>Hadžići</w:t>
            </w:r>
            <w:proofErr w:type="spellEnd"/>
          </w:p>
        </w:tc>
        <w:tc>
          <w:tcPr>
            <w:tcW w:w="2250" w:type="dxa"/>
          </w:tcPr>
          <w:p w14:paraId="61B1D5B5" w14:textId="77777777" w:rsidR="006469BD" w:rsidRDefault="006469BD"/>
        </w:tc>
      </w:tr>
      <w:tr w:rsidR="006469BD" w14:paraId="43C00716" w14:textId="77777777" w:rsidTr="00B905B4">
        <w:tc>
          <w:tcPr>
            <w:tcW w:w="1672" w:type="dxa"/>
          </w:tcPr>
          <w:p w14:paraId="54436B13" w14:textId="49246AF4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396FA752" w14:textId="77777777" w:rsidR="006469BD" w:rsidRDefault="006469BD">
            <w:r>
              <w:t>02-4-27-27-485-4/20</w:t>
            </w:r>
          </w:p>
        </w:tc>
        <w:tc>
          <w:tcPr>
            <w:tcW w:w="3556" w:type="dxa"/>
          </w:tcPr>
          <w:p w14:paraId="0B72D274" w14:textId="499F7365" w:rsidR="006469BD" w:rsidRDefault="006469BD">
            <w:r>
              <w:t>JKUP „</w:t>
            </w:r>
            <w:proofErr w:type="spellStart"/>
            <w:r>
              <w:t>Komunalije</w:t>
            </w:r>
            <w:proofErr w:type="spellEnd"/>
            <w:r>
              <w:t>“,</w:t>
            </w:r>
            <w:r w:rsidR="00511819">
              <w:t xml:space="preserve"> </w:t>
            </w:r>
            <w:proofErr w:type="spellStart"/>
            <w:r w:rsidR="00511819">
              <w:t>Trnovi</w:t>
            </w:r>
            <w:proofErr w:type="spellEnd"/>
            <w:r w:rsidR="00511819">
              <w:t>,</w:t>
            </w:r>
            <w:r>
              <w:t xml:space="preserve"> Velika </w:t>
            </w:r>
            <w:proofErr w:type="spellStart"/>
            <w:r>
              <w:t>Kladuša</w:t>
            </w:r>
            <w:proofErr w:type="spellEnd"/>
          </w:p>
        </w:tc>
        <w:tc>
          <w:tcPr>
            <w:tcW w:w="2250" w:type="dxa"/>
          </w:tcPr>
          <w:p w14:paraId="5CABBEB5" w14:textId="77777777" w:rsidR="006469BD" w:rsidRDefault="006469BD"/>
        </w:tc>
      </w:tr>
      <w:tr w:rsidR="006469BD" w14:paraId="47518D89" w14:textId="77777777" w:rsidTr="00B905B4">
        <w:tc>
          <w:tcPr>
            <w:tcW w:w="1672" w:type="dxa"/>
          </w:tcPr>
          <w:p w14:paraId="38DCAEF5" w14:textId="5C79C059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0530D04A" w14:textId="77777777" w:rsidR="006469BD" w:rsidRDefault="006469BD">
            <w:r>
              <w:t>02-4-27-28-662-2/21</w:t>
            </w:r>
          </w:p>
        </w:tc>
        <w:tc>
          <w:tcPr>
            <w:tcW w:w="3556" w:type="dxa"/>
          </w:tcPr>
          <w:p w14:paraId="3CB34DD9" w14:textId="184CB532" w:rsidR="006469BD" w:rsidRDefault="006469BD">
            <w:proofErr w:type="spellStart"/>
            <w:r>
              <w:t>Udruženje</w:t>
            </w:r>
            <w:proofErr w:type="spellEnd"/>
            <w:r>
              <w:t xml:space="preserve"> za </w:t>
            </w:r>
            <w:proofErr w:type="spellStart"/>
            <w:r>
              <w:t>zaštitu</w:t>
            </w:r>
            <w:proofErr w:type="spellEnd"/>
            <w:r>
              <w:t xml:space="preserve"> </w:t>
            </w:r>
            <w:proofErr w:type="spellStart"/>
            <w:r>
              <w:t>životinja</w:t>
            </w:r>
            <w:proofErr w:type="spellEnd"/>
            <w:r>
              <w:t xml:space="preserve"> „</w:t>
            </w:r>
            <w:proofErr w:type="spellStart"/>
            <w:r>
              <w:t>Spasimo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sad“,</w:t>
            </w:r>
            <w:proofErr w:type="spellStart"/>
            <w:r w:rsidR="009666F6">
              <w:t>Igmanska</w:t>
            </w:r>
            <w:proofErr w:type="spellEnd"/>
            <w:r w:rsidR="009666F6">
              <w:t xml:space="preserve"> 36</w:t>
            </w:r>
            <w:r>
              <w:t xml:space="preserve"> </w:t>
            </w:r>
            <w:proofErr w:type="spellStart"/>
            <w:r>
              <w:t>Vogošća</w:t>
            </w:r>
            <w:proofErr w:type="spellEnd"/>
          </w:p>
        </w:tc>
        <w:tc>
          <w:tcPr>
            <w:tcW w:w="2250" w:type="dxa"/>
          </w:tcPr>
          <w:p w14:paraId="2F11575E" w14:textId="77777777" w:rsidR="006469BD" w:rsidRDefault="006469BD"/>
        </w:tc>
      </w:tr>
      <w:tr w:rsidR="006469BD" w14:paraId="0DE9B035" w14:textId="77777777" w:rsidTr="00B905B4">
        <w:tc>
          <w:tcPr>
            <w:tcW w:w="1672" w:type="dxa"/>
          </w:tcPr>
          <w:p w14:paraId="1EAF9930" w14:textId="42E2A5E7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519486CD" w14:textId="77777777" w:rsidR="006469BD" w:rsidRDefault="006469BD">
            <w:r>
              <w:t>02-4-27-28-319-2/21</w:t>
            </w:r>
          </w:p>
        </w:tc>
        <w:tc>
          <w:tcPr>
            <w:tcW w:w="3556" w:type="dxa"/>
          </w:tcPr>
          <w:p w14:paraId="4A04416F" w14:textId="5935DD72" w:rsidR="006469BD" w:rsidRDefault="006469BD">
            <w:r>
              <w:t>„Paws“,</w:t>
            </w:r>
            <w:proofErr w:type="spellStart"/>
            <w:r w:rsidR="00486008">
              <w:t>Nebočaj</w:t>
            </w:r>
            <w:proofErr w:type="spellEnd"/>
            <w:r w:rsidR="00486008">
              <w:t xml:space="preserve"> 30,</w:t>
            </w:r>
            <w:r>
              <w:t xml:space="preserve"> </w:t>
            </w:r>
            <w:proofErr w:type="spellStart"/>
            <w:r>
              <w:t>Vogošća</w:t>
            </w:r>
            <w:proofErr w:type="spellEnd"/>
          </w:p>
        </w:tc>
        <w:tc>
          <w:tcPr>
            <w:tcW w:w="2250" w:type="dxa"/>
          </w:tcPr>
          <w:p w14:paraId="1876500D" w14:textId="77777777" w:rsidR="006469BD" w:rsidRDefault="006469BD"/>
        </w:tc>
      </w:tr>
      <w:tr w:rsidR="006469BD" w14:paraId="41B236DF" w14:textId="77777777" w:rsidTr="00B905B4">
        <w:tc>
          <w:tcPr>
            <w:tcW w:w="1672" w:type="dxa"/>
          </w:tcPr>
          <w:p w14:paraId="59199E8B" w14:textId="3565E693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46E42AAA" w14:textId="77777777" w:rsidR="006469BD" w:rsidRDefault="006469BD">
            <w:r>
              <w:t>02-4-27-27-91-2/21</w:t>
            </w:r>
          </w:p>
        </w:tc>
        <w:tc>
          <w:tcPr>
            <w:tcW w:w="3556" w:type="dxa"/>
          </w:tcPr>
          <w:p w14:paraId="3A459260" w14:textId="60E7625E" w:rsidR="006469BD" w:rsidRDefault="006469BD">
            <w:proofErr w:type="spellStart"/>
            <w:r>
              <w:t>Sklonište</w:t>
            </w:r>
            <w:proofErr w:type="spellEnd"/>
            <w:r>
              <w:t xml:space="preserve"> za </w:t>
            </w:r>
            <w:proofErr w:type="spellStart"/>
            <w:r>
              <w:t>životinje</w:t>
            </w:r>
            <w:proofErr w:type="spellEnd"/>
            <w:r>
              <w:t xml:space="preserve"> – </w:t>
            </w:r>
            <w:proofErr w:type="spellStart"/>
            <w:r>
              <w:t>Veterinarska</w:t>
            </w:r>
            <w:proofErr w:type="spellEnd"/>
            <w:r>
              <w:t xml:space="preserve"> </w:t>
            </w:r>
            <w:proofErr w:type="spellStart"/>
            <w:r>
              <w:t>stanica</w:t>
            </w:r>
            <w:proofErr w:type="spellEnd"/>
            <w:r>
              <w:t xml:space="preserve"> Vet IN, </w:t>
            </w:r>
            <w:proofErr w:type="spellStart"/>
            <w:r w:rsidR="0091059E">
              <w:t>Seoni</w:t>
            </w:r>
            <w:proofErr w:type="spellEnd"/>
            <w:r w:rsidR="0091059E">
              <w:t xml:space="preserve"> bb, </w:t>
            </w:r>
            <w:proofErr w:type="spellStart"/>
            <w:r>
              <w:t>Srebrenik</w:t>
            </w:r>
            <w:proofErr w:type="spellEnd"/>
          </w:p>
        </w:tc>
        <w:tc>
          <w:tcPr>
            <w:tcW w:w="2250" w:type="dxa"/>
          </w:tcPr>
          <w:p w14:paraId="0A3C2DB5" w14:textId="77777777" w:rsidR="006469BD" w:rsidRDefault="006469BD"/>
        </w:tc>
      </w:tr>
      <w:tr w:rsidR="00607D48" w14:paraId="6FF95546" w14:textId="77777777" w:rsidTr="00B905B4">
        <w:tc>
          <w:tcPr>
            <w:tcW w:w="1672" w:type="dxa"/>
          </w:tcPr>
          <w:p w14:paraId="1B140653" w14:textId="77777777" w:rsidR="00607D48" w:rsidRDefault="00607D48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6A435526" w14:textId="16E6B560" w:rsidR="00607D48" w:rsidRDefault="00CC0486">
            <w:r>
              <w:t>04-5-27-8-</w:t>
            </w:r>
            <w:r w:rsidR="000B6830">
              <w:t>1236-3/21</w:t>
            </w:r>
          </w:p>
        </w:tc>
        <w:tc>
          <w:tcPr>
            <w:tcW w:w="3556" w:type="dxa"/>
          </w:tcPr>
          <w:p w14:paraId="34267915" w14:textId="4615BFC3" w:rsidR="00607D48" w:rsidRDefault="008626C6">
            <w:r>
              <w:t>“S</w:t>
            </w:r>
            <w:r w:rsidR="00714891">
              <w:t>a</w:t>
            </w:r>
            <w:r>
              <w:t>nny”</w:t>
            </w:r>
            <w:r w:rsidR="00714891">
              <w:t xml:space="preserve"> </w:t>
            </w:r>
            <w:proofErr w:type="spellStart"/>
            <w:r w:rsidR="00714891">
              <w:t>Seferovci</w:t>
            </w:r>
            <w:proofErr w:type="spellEnd"/>
            <w:r w:rsidR="00714891">
              <w:t xml:space="preserve"> </w:t>
            </w:r>
            <w:proofErr w:type="spellStart"/>
            <w:r w:rsidR="00714891">
              <w:t>vakuf</w:t>
            </w:r>
            <w:proofErr w:type="spellEnd"/>
            <w:r w:rsidR="00714891">
              <w:t xml:space="preserve"> 76, Nova Topola, </w:t>
            </w:r>
            <w:proofErr w:type="spellStart"/>
            <w:r w:rsidR="00714891">
              <w:t>Gradiška</w:t>
            </w:r>
            <w:proofErr w:type="spellEnd"/>
          </w:p>
        </w:tc>
        <w:tc>
          <w:tcPr>
            <w:tcW w:w="2250" w:type="dxa"/>
          </w:tcPr>
          <w:p w14:paraId="42FFF225" w14:textId="77777777" w:rsidR="00607D48" w:rsidRDefault="00607D48"/>
        </w:tc>
      </w:tr>
      <w:tr w:rsidR="00607D48" w14:paraId="011A749B" w14:textId="77777777" w:rsidTr="00B905B4">
        <w:tc>
          <w:tcPr>
            <w:tcW w:w="1672" w:type="dxa"/>
          </w:tcPr>
          <w:p w14:paraId="6EE0C394" w14:textId="77777777" w:rsidR="00607D48" w:rsidRDefault="00607D48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3FBC015F" w14:textId="358CDA82" w:rsidR="00607D48" w:rsidRDefault="008844EA">
            <w:r>
              <w:t>04-5-27-15-</w:t>
            </w:r>
            <w:r w:rsidR="000D1975">
              <w:t>1404-3/22</w:t>
            </w:r>
          </w:p>
        </w:tc>
        <w:tc>
          <w:tcPr>
            <w:tcW w:w="3556" w:type="dxa"/>
          </w:tcPr>
          <w:p w14:paraId="6361E868" w14:textId="77777777" w:rsidR="00FB691B" w:rsidRDefault="00FB691B">
            <w:proofErr w:type="spellStart"/>
            <w:r>
              <w:t>PD</w:t>
            </w:r>
            <w:r w:rsidR="001F087C">
              <w:t>“Pfotenherz</w:t>
            </w:r>
            <w:proofErr w:type="spellEnd"/>
            <w:r w:rsidR="001F087C">
              <w:t xml:space="preserve">” d.o.o. </w:t>
            </w:r>
            <w:r>
              <w:t>Zenica</w:t>
            </w:r>
          </w:p>
          <w:p w14:paraId="2A8D760D" w14:textId="7F5E6552" w:rsidR="00607D48" w:rsidRDefault="001F087C">
            <w:r>
              <w:t xml:space="preserve">Bare bb </w:t>
            </w:r>
            <w:proofErr w:type="spellStart"/>
            <w:r>
              <w:t>Stranjani</w:t>
            </w:r>
            <w:proofErr w:type="spellEnd"/>
            <w:r>
              <w:t>, Zenica</w:t>
            </w:r>
            <w:r w:rsidR="002F2FAB">
              <w:t xml:space="preserve"> </w:t>
            </w:r>
          </w:p>
        </w:tc>
        <w:tc>
          <w:tcPr>
            <w:tcW w:w="2250" w:type="dxa"/>
          </w:tcPr>
          <w:p w14:paraId="0FF690B7" w14:textId="77777777" w:rsidR="00607D48" w:rsidRDefault="00607D48"/>
        </w:tc>
      </w:tr>
      <w:tr w:rsidR="00070489" w14:paraId="04283D2C" w14:textId="77777777" w:rsidTr="00B905B4">
        <w:tc>
          <w:tcPr>
            <w:tcW w:w="1672" w:type="dxa"/>
          </w:tcPr>
          <w:p w14:paraId="3BF7B20F" w14:textId="77777777" w:rsidR="00070489" w:rsidRDefault="00070489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2876B311" w14:textId="41086B5A" w:rsidR="00070489" w:rsidRDefault="009E2296">
            <w:r>
              <w:t>04-5-27-</w:t>
            </w:r>
            <w:r w:rsidR="00FC1C54">
              <w:t>12</w:t>
            </w:r>
            <w:r w:rsidR="00475208">
              <w:t>-1002/23</w:t>
            </w:r>
          </w:p>
        </w:tc>
        <w:tc>
          <w:tcPr>
            <w:tcW w:w="3556" w:type="dxa"/>
          </w:tcPr>
          <w:p w14:paraId="31905CF4" w14:textId="77777777" w:rsidR="004C1970" w:rsidRDefault="004C1970">
            <w:proofErr w:type="spellStart"/>
            <w:r>
              <w:t>Komunalno</w:t>
            </w:r>
            <w:proofErr w:type="spellEnd"/>
            <w:r>
              <w:t xml:space="preserve"> AD Trebinje,</w:t>
            </w:r>
          </w:p>
          <w:p w14:paraId="6CC06B97" w14:textId="4CC3CFEA" w:rsidR="00070489" w:rsidRDefault="004C1970">
            <w:proofErr w:type="spellStart"/>
            <w:r>
              <w:t>Zgonjevo</w:t>
            </w:r>
            <w:proofErr w:type="spellEnd"/>
            <w:r w:rsidR="001418EC">
              <w:t xml:space="preserve"> bb, Trebinje</w:t>
            </w:r>
          </w:p>
        </w:tc>
        <w:tc>
          <w:tcPr>
            <w:tcW w:w="2250" w:type="dxa"/>
          </w:tcPr>
          <w:p w14:paraId="2CEC6695" w14:textId="77777777" w:rsidR="00070489" w:rsidRDefault="00070489"/>
        </w:tc>
      </w:tr>
      <w:tr w:rsidR="006469BD" w14:paraId="62D953B6" w14:textId="77777777" w:rsidTr="00B905B4">
        <w:tc>
          <w:tcPr>
            <w:tcW w:w="1672" w:type="dxa"/>
          </w:tcPr>
          <w:p w14:paraId="05940A9D" w14:textId="77777777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1B67D3D2" w14:textId="09300EDE" w:rsidR="006469BD" w:rsidRDefault="00FF0183">
            <w:r>
              <w:t>04-5-27-</w:t>
            </w:r>
            <w:r w:rsidR="00FD6A97">
              <w:t>29-1098-3/24</w:t>
            </w:r>
          </w:p>
        </w:tc>
        <w:tc>
          <w:tcPr>
            <w:tcW w:w="3556" w:type="dxa"/>
          </w:tcPr>
          <w:p w14:paraId="7935EE43" w14:textId="7C3D43F5" w:rsidR="006469BD" w:rsidRDefault="006469BD">
            <w:proofErr w:type="spellStart"/>
            <w:r>
              <w:t>Udruženje</w:t>
            </w:r>
            <w:proofErr w:type="spellEnd"/>
            <w:r>
              <w:t xml:space="preserve"> </w:t>
            </w:r>
            <w:proofErr w:type="spellStart"/>
            <w:r>
              <w:t>građana</w:t>
            </w:r>
            <w:proofErr w:type="spellEnd"/>
            <w:r>
              <w:t xml:space="preserve"> „SOS ŠAPICA“, </w:t>
            </w:r>
            <w:proofErr w:type="spellStart"/>
            <w:r>
              <w:t>Gradiška</w:t>
            </w:r>
            <w:proofErr w:type="spellEnd"/>
            <w:r w:rsidR="00DA53C6">
              <w:t xml:space="preserve">, </w:t>
            </w:r>
            <w:proofErr w:type="spellStart"/>
            <w:r w:rsidR="00DA53C6">
              <w:t>Lužani</w:t>
            </w:r>
            <w:proofErr w:type="spellEnd"/>
            <w:r w:rsidR="00DA53C6">
              <w:t xml:space="preserve"> </w:t>
            </w:r>
            <w:r w:rsidR="005650E9">
              <w:t xml:space="preserve">75 B </w:t>
            </w:r>
            <w:proofErr w:type="spellStart"/>
            <w:r w:rsidR="005650E9">
              <w:t>Gradiška</w:t>
            </w:r>
            <w:proofErr w:type="spellEnd"/>
          </w:p>
        </w:tc>
        <w:tc>
          <w:tcPr>
            <w:tcW w:w="2250" w:type="dxa"/>
          </w:tcPr>
          <w:p w14:paraId="68DF8AB6" w14:textId="77777777" w:rsidR="006469BD" w:rsidRDefault="006469BD"/>
        </w:tc>
      </w:tr>
      <w:tr w:rsidR="006469BD" w14:paraId="1FF7BD85" w14:textId="77777777" w:rsidTr="00B905B4">
        <w:tc>
          <w:tcPr>
            <w:tcW w:w="1672" w:type="dxa"/>
          </w:tcPr>
          <w:p w14:paraId="698CA74D" w14:textId="77777777" w:rsidR="006469BD" w:rsidRDefault="006469BD" w:rsidP="003E088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080" w:type="dxa"/>
          </w:tcPr>
          <w:p w14:paraId="53FB1687" w14:textId="5A5C4A3B" w:rsidR="006469BD" w:rsidRDefault="00046442">
            <w:r>
              <w:t>04-5-27-16-</w:t>
            </w:r>
            <w:r w:rsidR="00302FCD">
              <w:t>337-3/25</w:t>
            </w:r>
          </w:p>
        </w:tc>
        <w:tc>
          <w:tcPr>
            <w:tcW w:w="3556" w:type="dxa"/>
          </w:tcPr>
          <w:p w14:paraId="629C25E9" w14:textId="47263DA1" w:rsidR="006469BD" w:rsidRDefault="006469BD">
            <w:proofErr w:type="spellStart"/>
            <w:r>
              <w:t>Komunalno</w:t>
            </w:r>
            <w:proofErr w:type="spellEnd"/>
            <w:r>
              <w:t xml:space="preserve"> </w:t>
            </w:r>
            <w:r w:rsidR="00A2118A">
              <w:t xml:space="preserve">d.o.o. </w:t>
            </w:r>
            <w:r>
              <w:t>Brčko</w:t>
            </w:r>
            <w:r w:rsidR="00A2118A">
              <w:t xml:space="preserve"> </w:t>
            </w:r>
            <w:proofErr w:type="spellStart"/>
            <w:r w:rsidR="00A2118A">
              <w:t>na</w:t>
            </w:r>
            <w:proofErr w:type="spellEnd"/>
            <w:r w:rsidR="00A2118A">
              <w:t xml:space="preserve"> </w:t>
            </w:r>
            <w:proofErr w:type="spellStart"/>
            <w:r w:rsidR="00A2118A">
              <w:t>lokalitetu</w:t>
            </w:r>
            <w:proofErr w:type="spellEnd"/>
            <w:r w:rsidR="00A2118A">
              <w:t xml:space="preserve"> Brod, Brčko</w:t>
            </w:r>
          </w:p>
        </w:tc>
        <w:tc>
          <w:tcPr>
            <w:tcW w:w="2250" w:type="dxa"/>
          </w:tcPr>
          <w:p w14:paraId="66CB4A8C" w14:textId="77777777" w:rsidR="006469BD" w:rsidRDefault="006469BD"/>
        </w:tc>
      </w:tr>
    </w:tbl>
    <w:p w14:paraId="3C2E6E7D" w14:textId="77777777" w:rsidR="00DB6A66" w:rsidRDefault="00DB6A66" w:rsidP="009E2296"/>
    <w:sectPr w:rsidR="00DB6A6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7A54" w14:textId="77777777" w:rsidR="007A1746" w:rsidRDefault="007A1746" w:rsidP="0044104E">
      <w:pPr>
        <w:spacing w:after="0" w:line="240" w:lineRule="auto"/>
      </w:pPr>
      <w:r>
        <w:separator/>
      </w:r>
    </w:p>
  </w:endnote>
  <w:endnote w:type="continuationSeparator" w:id="0">
    <w:p w14:paraId="02F4BDFF" w14:textId="77777777" w:rsidR="007A1746" w:rsidRDefault="007A1746" w:rsidP="0044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1AC7B" w14:textId="77777777" w:rsidR="007A1746" w:rsidRDefault="007A1746" w:rsidP="0044104E">
      <w:pPr>
        <w:spacing w:after="0" w:line="240" w:lineRule="auto"/>
      </w:pPr>
      <w:r>
        <w:separator/>
      </w:r>
    </w:p>
  </w:footnote>
  <w:footnote w:type="continuationSeparator" w:id="0">
    <w:p w14:paraId="3F539DEB" w14:textId="77777777" w:rsidR="007A1746" w:rsidRDefault="007A1746" w:rsidP="00441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100E" w14:textId="451DB56E" w:rsidR="0044104E" w:rsidRPr="002D28DC" w:rsidRDefault="002D28DC" w:rsidP="0044104E">
    <w:pPr>
      <w:pStyle w:val="Header"/>
      <w:jc w:val="right"/>
      <w:rPr>
        <w:i/>
        <w:iCs/>
        <w:sz w:val="20"/>
        <w:szCs w:val="20"/>
        <w:lang w:val="bs-Latn-BA"/>
      </w:rPr>
    </w:pPr>
    <w:r w:rsidRPr="002D28DC">
      <w:rPr>
        <w:i/>
        <w:iCs/>
        <w:sz w:val="20"/>
        <w:szCs w:val="20"/>
        <w:lang w:val="bs-Latn-BA"/>
      </w:rPr>
      <w:t>Zadnja izmjena april/travanj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776648"/>
    <w:multiLevelType w:val="hybridMultilevel"/>
    <w:tmpl w:val="3F1A1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400949">
    <w:abstractNumId w:val="8"/>
  </w:num>
  <w:num w:numId="2" w16cid:durableId="1584876906">
    <w:abstractNumId w:val="6"/>
  </w:num>
  <w:num w:numId="3" w16cid:durableId="387655116">
    <w:abstractNumId w:val="5"/>
  </w:num>
  <w:num w:numId="4" w16cid:durableId="550187716">
    <w:abstractNumId w:val="4"/>
  </w:num>
  <w:num w:numId="5" w16cid:durableId="1256130442">
    <w:abstractNumId w:val="7"/>
  </w:num>
  <w:num w:numId="6" w16cid:durableId="771779238">
    <w:abstractNumId w:val="3"/>
  </w:num>
  <w:num w:numId="7" w16cid:durableId="1008092864">
    <w:abstractNumId w:val="2"/>
  </w:num>
  <w:num w:numId="8" w16cid:durableId="2137333369">
    <w:abstractNumId w:val="1"/>
  </w:num>
  <w:num w:numId="9" w16cid:durableId="1359432165">
    <w:abstractNumId w:val="0"/>
  </w:num>
  <w:num w:numId="10" w16cid:durableId="4344001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442"/>
    <w:rsid w:val="0006063C"/>
    <w:rsid w:val="00070489"/>
    <w:rsid w:val="000A21A0"/>
    <w:rsid w:val="000B6830"/>
    <w:rsid w:val="000D1975"/>
    <w:rsid w:val="001418EC"/>
    <w:rsid w:val="0015074B"/>
    <w:rsid w:val="001F087C"/>
    <w:rsid w:val="00240127"/>
    <w:rsid w:val="0029639D"/>
    <w:rsid w:val="002D28DC"/>
    <w:rsid w:val="002F2FAB"/>
    <w:rsid w:val="00302FCD"/>
    <w:rsid w:val="00326F90"/>
    <w:rsid w:val="0033778D"/>
    <w:rsid w:val="003E088A"/>
    <w:rsid w:val="003E5744"/>
    <w:rsid w:val="0044104E"/>
    <w:rsid w:val="00475208"/>
    <w:rsid w:val="00486008"/>
    <w:rsid w:val="004C1970"/>
    <w:rsid w:val="00511819"/>
    <w:rsid w:val="005273F1"/>
    <w:rsid w:val="005650E9"/>
    <w:rsid w:val="00607D48"/>
    <w:rsid w:val="006469BD"/>
    <w:rsid w:val="00680CBE"/>
    <w:rsid w:val="006976C0"/>
    <w:rsid w:val="007043F9"/>
    <w:rsid w:val="00714891"/>
    <w:rsid w:val="0072000B"/>
    <w:rsid w:val="00745E2A"/>
    <w:rsid w:val="007A1746"/>
    <w:rsid w:val="007D7777"/>
    <w:rsid w:val="007E21F0"/>
    <w:rsid w:val="008626C6"/>
    <w:rsid w:val="008844EA"/>
    <w:rsid w:val="008F6A18"/>
    <w:rsid w:val="0091059E"/>
    <w:rsid w:val="00957102"/>
    <w:rsid w:val="009666F6"/>
    <w:rsid w:val="009B5522"/>
    <w:rsid w:val="009E2296"/>
    <w:rsid w:val="00A2118A"/>
    <w:rsid w:val="00AA1D8D"/>
    <w:rsid w:val="00B47730"/>
    <w:rsid w:val="00B905B4"/>
    <w:rsid w:val="00CB0664"/>
    <w:rsid w:val="00CC0486"/>
    <w:rsid w:val="00CD6FFA"/>
    <w:rsid w:val="00D00B7C"/>
    <w:rsid w:val="00DA53C6"/>
    <w:rsid w:val="00DB6A66"/>
    <w:rsid w:val="00E14A92"/>
    <w:rsid w:val="00FB691B"/>
    <w:rsid w:val="00FC1C54"/>
    <w:rsid w:val="00FC693F"/>
    <w:rsid w:val="00FD6A97"/>
    <w:rsid w:val="00FF0183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A4AEF5A2-373C-4CD0-A747-C9FAEE16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209</Words>
  <Characters>1441</Characters>
  <Application>Microsoft Office Word</Application>
  <DocSecurity>0</DocSecurity>
  <Lines>120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Inga Dujmovic</cp:lastModifiedBy>
  <cp:revision>49</cp:revision>
  <dcterms:created xsi:type="dcterms:W3CDTF">2013-12-23T23:15:00Z</dcterms:created>
  <dcterms:modified xsi:type="dcterms:W3CDTF">2026-04-09T12:47:00Z</dcterms:modified>
  <cp:category/>
</cp:coreProperties>
</file>